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ומועדו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המנהגים המרכזיים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החג למסורת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מנהג מרכזי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 מצוין בירושלים במעמד ציבורי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(תאריך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(מנהיג 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(מנהג מרכזי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(נקראת בטקס החג)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התכנסות ועלייה למקום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תפילה וקריאה מהתורה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חידוש הברית והבטחות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תאריך החג, משמעות חידוש הברית, מנהג העלייה להר, ותפקיד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עולים למקום גבוה, מתפללים וקוראים בתורה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הקסים, מנהיגי הדת של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להסביר את מושג ה׳ברית׳ בהקשר ההיסטורי של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סרטון קצר על חגיגות הסיגד בירושלים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של יהודי אתיופיה החל בכ״ט בחשוון. בדף זה נתרגל מושגים ועובדות מרכזיות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חשוון  ·  קס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חג הסיגד הוא חג של בני עדת: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נהוג לעלות למקום גבוה כמו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החג נחגג כיום גם בירושלים בהשתתפות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חל בכ״ט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מנהיג דתי בקהילת יהודי אתיופיה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כ״ט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נקראת בטקס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תאריך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עלייה להר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מנהיג 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מנהג מרכזי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תפילה וקריאה מהתורה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חידוש הברית והבטחות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צום בבוקר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התכנסות ועלייה למקום 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 על מה שלמדתם על חג הסיגד ועל חשיבותו לקהילת יהודי אתיופיה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בחג בעלייה להר?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