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החג למסורת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חידוש הברית עם האלוהים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בו גם מסורת של צום לפני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מצוין בירושלים במעמד ציבורי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בחודש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(תאריך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 מרכזי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(נקראת בטקס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(מחודשת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התכנסות ועלייה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חידוש הברית והבטחות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ירידה וסעודה חגיגית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תאריך החג, משמעות חידוש הברית, מנהג העלייה להר, ותפקיד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למקום גבוה, מתפללים וקוראים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הדת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להסביר את מושג ה׳ברית׳ בהקשר ההיסטורי של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סרטון קצר על חגיגות הסיגד בירושלים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החג חל בכ״ט בחשוון. נלמד על החג במילים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כ״ח/כ״ט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קֵס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בְּרִית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חזקה בין אנשים או בין 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ביום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להר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למקום גבוה כחלק מהחג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חמישה חומשי משה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עדה חוגגת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למנהיגים הדתיים?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העיקרית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חגיגת יבול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הברית עם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ניצחון במלחמה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למקום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שמח בלבד ללא מסורת של תענית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נחגג כיום גם בירושלים בהשתתפות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דתי בקהילת יהודי אתיופיה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הסיגד נהוג לקרוא קטעים מתוך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מבטא חידוש ה__________ עם האלוהים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עליית ההר נהוג גם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מחודשת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תאריך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נקראת בטקס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 מרכזי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הברית והבטחות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תפילה וקריאה מהתורה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בבוקר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וסעודה חגיגית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התכנסות ועלייה למקום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מה שלמדתם על חג הסיגד ועל חשיבותו לקהילת יהודי אתיופיה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בחג בעלייה להר?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הטקס הדתי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