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חג הסיגד ומועדו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המנהגים המרכזיים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החג למסורת יהודי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כ״ט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חידוש הברית עם האלוהים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מנהג מרכזי בחג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בו גם מסורת של צום לפני התפילה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החג מצוין בירושלים במעמד ציבורי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החג חל בחודש חשוון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(תאריך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(מנהיג דתי)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(מנהג מרכזי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(נקראת בטקס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(מחודשת בחג)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צום בבוקר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התכנסות ועלייה למקום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תפילה וקריאה מהתורה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חידוש הברית והבטחות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ירידה וסעודה חגיגית 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תאריך החג, משמעות חידוש הברית, מנהג העלייה להר, ותפקיד הקסים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כ״ט בחשוון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עולים למקום גבוה, מתפללים וקוראים בתורה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הקסים, מנהיגי הדת של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המצגת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רצוי להסביר את מושג ה׳ברית׳ בהקשר ההיסטורי של העם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סרטון קצר על חגיגות הסיגד בירושלים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של יהודי אתיופיה החל בכ״ט בחשוון. בדף זה נתרגל מושגים ועובדות מרכזיות על החג.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י׳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כ״ט באלול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חג הסיגד הוא חג של בני עדת: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הם מנהיגי הדת המסורתיים בקהילת יהודי אתיופיה?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כוהנים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מבטא החג בעיקר?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חגיגת יבול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חידוש הברית עם האלוהים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ניצחון במלחמה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נהוג לעלות למקום גבוה כמו 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הוא חג שמח בלבד ללא מסורת של תענית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 נחגג כיום גם בירושלים בהשתתפות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חל בחודש ניסן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חל בכ״ט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מנהיג דתי בקהילת יהודי אתיופיה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בחג הסיגד נהוג לקרוא קטעים מתוך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החג מבטא חידוש ה__________ עם האלוהים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עליית ההר נהוג גם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כ״ט בחשוון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מנהג מרכזי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נקראת בטקס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עלייה להר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תאריך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מחודשת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מנהיג דתי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ירידה וסעודה חגיגית משותפת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צום בבוקר החג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התכנסות ועלייה למקום גבוה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תפילה וקריאה מהתורה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חידוש הברית והבטחות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 על מה שלמדתם על חג הסיגד ועל חשיבותו לקהילת יהודי אתיופיה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בחג בעלייה להר?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מוביל את הטקס הדתי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